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REQUERIMENTO DE PERFIL PROFISSIOGRÁFICO PREVIDENCIÁRIO (PPP)</w:t>
      </w:r>
    </w:p>
    <w:p>
      <w:r>
        <w:t>À</w:t>
        <w:br/>
        <w:t>Empresa: ________________________________________________</w:t>
        <w:br/>
        <w:t>CNPJ: ___________________________________________________</w:t>
        <w:br/>
        <w:t>Endereço: ______________________________________________</w:t>
        <w:br/>
        <w:br/>
      </w:r>
    </w:p>
    <w:p>
      <w:r>
        <w:t>Eu, ____________________________________________________,</w:t>
        <w:br/>
        <w:t>CPF: ______________________  RG: ______________________,</w:t>
        <w:br/>
        <w:t>CTPS nº: __________________ Série: ____________________,</w:t>
        <w:br/>
        <w:t>residente à ____________________________________________,</w:t>
        <w:br/>
        <w:br/>
        <w:t>venho, por meio deste, com fundamento no art. 58, §4º da Lei nº 8.213/91, art. 68 do Decreto nº 3.048/99 e Instrução Normativa INSS nº 128/2022, REQUERER a emissão do PERFIL PROFISSIOGRÁFICO PREVIDENCIÁRIO (PPP), referente ao período laboral abaixo descrito.</w:t>
      </w:r>
    </w:p>
    <w:p>
      <w:r>
        <w:br/>
        <w:t>Período Trabalhado:</w:t>
        <w:br/>
        <w:t>Data de Admissão: ____/____/________</w:t>
        <w:br/>
        <w:t>Data de Demissão: ____/____/________ (ou ATUAL)</w:t>
        <w:br/>
        <w:t>Cargo/Função: __________________________________________</w:t>
        <w:br/>
        <w:t>Setor: _________________________________________________</w:t>
        <w:br/>
        <w:br/>
      </w:r>
    </w:p>
    <w:p>
      <w:r>
        <w:t>O referido documento é indispensável para fins de comprovação de tempo de serviço especial junto ao INSS, conforme legislação previdenciária vigente.</w:t>
        <w:br/>
        <w:br/>
        <w:t>Solicito que o PPP seja emitido de forma completa, com indicação correta dos agentes nocivos, registros ambientais, responsáveis técnicos e demais informações exigidas pelos órgãos previdenciários.</w:t>
        <w:br/>
        <w:br/>
      </w:r>
    </w:p>
    <w:p>
      <w:r>
        <w:t>Termos em que,</w:t>
        <w:br/>
        <w:t>Pede deferimento.</w:t>
        <w:br/>
        <w:br/>
      </w:r>
    </w:p>
    <w:p>
      <w:r>
        <w:t>Local e Data: ___________________________________________</w:t>
        <w:br/>
        <w:br/>
      </w:r>
    </w:p>
    <w:p>
      <w:r>
        <w:t>______________________________________________</w:t>
        <w:br/>
        <w:t>Assinatura do Requerente</w:t>
        <w:br/>
        <w:t>Telefone: (_____) ____________________________</w:t>
        <w:br/>
        <w:t>E-mail: ______________________________________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